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💬 דף תרגול: גלגל ניבים וביטויים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ניבים ומשמעות בהקשר. נושאים: כללי.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מה פירוש הניב?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ג – בסיכום, העיקר ✅ (דוגמה: בשורה התחתונה – כולם מסכימים.)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א – להפריע להתקדמות 🚧 (דוגמה: בבקשה, אל תשימו מקל בגלגלים.)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ב – לעשות אחרת מכולם 🔄 (דוגמה: היא שחתה נגד הזרם ועזרה לו.)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הניב במשפט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כל ההתחלות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לראות את חצי הכוס המלאה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לשבור את הקרח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ניב משלי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שימוש בניב בהקשר נכון.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💬 גלגל ניבים וביטויים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מה פירוש הניב?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הקיפו את הפירוש.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1. 💬 בשורה התחתונה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בשורה האחרונה בדף 📄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בקול שקט 🤫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בסיכום, העיקר ✅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2. 💬 לשים מקל בגלגלים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להפריע להתקדמות 🚧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לתקן אופניים 🚲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לעזור לנסוע 🚗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3. 💬 לשחות נגד הזרם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לשחות בבריכה 🏊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לעשות אחרת מכולם 🔄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לעשות כמו כולם 👥</w:t>
      </w:r>
    </w:p>
    <w:p>
      <w:pPr>
        <w:bidi/>
        <w:spacing w:after="4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הניב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השלימו ניב מהמחסן.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🧺 מחסן ניבים: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לשבור את הקרח  ·  לראות את חצי הכוס המלאה  ·  כל ההתחלות קשות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1. יום ראשון בחוג. ________________.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2. ________________ – לראות את הצד הטוב 😊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3. ________________ – להתחיל שיחה 🗣️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ניב משלי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משפט עם ניב אחד.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גלגל ניבים וביטויים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גלגל ניבים וביטויים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