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💬 דף תרגול: גלגל ניבים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ניבים ומשמעות בהקשר. נושאים: כללי.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מה פירוש הניב?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להתחיל לדבר עם אנשים חדשים (דוגמה: בכיתה החדשה שאלתי שאלה ושברתי את הקרח.)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ד – בסוף, העיקר (דוגמה: בשורה התחתונה – טוב לנו כאן.)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א – בהתחלה קשה, אחר כך קל (דוגמה: עברית קשה עכשיו. כל ההתחלות קשות!)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ג – לראות את הטוב (דוגמה: אין לי עוד חברים, אבל יש לי שכנה טובה. זו חצי הכוס המלאה.)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הניב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לשחות נגד הזרם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יד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לשים מקל בגלגלים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ניב משלי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שימוש בניב בהקשר נכון.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💬 גלגל ניבים וביטויים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מה פירוש הניב?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הקיפו את הפירוש.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💬 לשבור את הקרח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לשבור כוס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להתחיל לדבר עם אנשים חדשים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להיות קר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לשתוק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💬 בשורה התחתונה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למטה בדף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בשורה בחנות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בטלפון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בסוף, העיקר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💬 כל ההתחלות קשות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בהתחלה קשה, אחר כך קל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אסור להתחיל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הכול קל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לא צריך ללמוד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4. 💬 לראות את חצי הכוס המלאה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לשתות מים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לראות רק בעיות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לראות את הטוב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לקנות כוס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הניב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השלימו ניב מהמחסן.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🧺 מחסן ניבים: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לשים מקל בגלגלים  ·  יד ביד  ·  לשחות נגד הזרם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________________ – לעשות אחרת מכולם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הולכים ________________ בדרך החדשה.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________________ – להפריע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ניב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משפט עם ניב אחד.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גלגל ניבים וביטויים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גלגל ניבים וביטויים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