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💬 דף תרגול: גלגל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ניבים ומשמעות בהקשר. נושאים: כללי.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מה פירוש הניב?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אני לא רוצה ממך לא טובה ולא נזק – רק שתניחו לי (דוגמה: הוא הציע לי "עסקה" מפוקפקת, ועניתי: לא מדובשך ולא מעוקצך.)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ד – הרווח שקיווה לו התבטל בגלל הנזק שנגרם (דוגמה: הם מיהרו לסיים את הפרויקט בלי לבדוק – ויצא שכרם בהפסדם.)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בסיכומו של דבר; מה שחשוב בסוף (דוגמה: דיברנו הרבה, ובשורה התחתונה – כולם מסכימים לצאת לטיול.)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ג – לעשות את העבודה הקשה או המסוכנת כדי שאחרים ירוויחו (דוגמה: נמאס לי להוציא את הערמונים מהאש בשביל כל הקבוצה.)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ג – סימן ברור לבעיה שעומדת לבוא (דוגמה: הציונים ירדו שבוע אחרי שבוע – הכתובת הייתה על הקיר.)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הניב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לשים מקל בגלגלים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לשחות נגד הזרם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כל ההתחלות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לראות את חצי הכוס המלאה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ניב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שימוש בניב בהקשר נכון.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💬 גלגל ניבים וביטויים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מה פירוש הניב?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את הפירוש הנכון של כל ניב.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💬 לא מדובשך ולא מעוקצך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גם המתוק וגם המר טובים לבריאות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אני לא רוצה ממך לא טובה ולא נזק – רק שתניחו לי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כל עזרה מתקבלת בשמחה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צריך להיזהר רק מדבורים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💬 יצא שכרו בהפסדו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קיבל פרס גדול על מאמציו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עבד קשה בלי לקבל שכר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הפסיד במשחק אבל נהנה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הרווח שקיווה לו התבטל בגלל הנזק שנגרם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💬 בשורה התחתונה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בסיכומו של דבר; מה שחשוב בסוף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בשורה האחרונה של הדף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בחדשות הרעות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בקול נמוך ושקט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💬 להוציא את הערמונים מהאש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לבשל ארוחה חגיגית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לברוח ממקום מסוכן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לעשות את העבודה הקשה או המסוכנת כדי שאחרים ירוויחו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לכבות שריפה קטנה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5. 💬 הכתובת על הקיר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ציור צבעוני על קיר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הכתובת של הבית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סימן ברור לבעיה שעומדת לבוא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שלט עם הוראות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הניב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בכל משפט את הניב המתאים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ניבים: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לשחות נגד הזרם  ·  לשים מקל בגלגלים  ·  לראות את חצי הכוס המלאה  ·  כל ההתחלות קשות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במקום ________________, בואו נציע פתרון.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________________ – לפעול אחרת מרוב האנשים, גם כשזה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בשבוע הראשון בחוג לא הצלחתי כלום – ________________.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________________ – לשים לב לצד החיובי שבמצב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ניב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ניב מהדף וכתבו משפט שמראה שהבנתם אותו.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גלגל ניבים וביטויים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גלגל ניבים וביטויים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