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🧵 דף תרגול: בונה הסקירה הממזגת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מיזוג מקורות, כתיבה מבוססת טקסט. נושאים: 📚 לשון.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קוראים שני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טקסט 1, קריטריון א (מה נוח)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טקסט 1, קריטריון ב (מה לא נוח)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טקסט 2, קריטריון א (מה נוח)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טקסט 2, קריטריון ב (מה לא נוח)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כותבים סקירה ממזגת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פתיח כללי, השוואה לפי קריטריון א׳ וב׳, מילות ניגוד/דמיון, סיכום.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מה למדתי מהמיזוג?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תובנה על ערך המיזוג.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🧵 בונה הסקירה הממזגת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קוראים שני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קראו. כתבו: טקסט 1 או 2? קריטריון א או ב?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טקסט 1: ספר מנייר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ספר מנייר אפשר להחזיק ביד. קל לסמן בו עמוד. הספר תופס מקום על המדף.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E0F2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טקסט 2: ספר במסך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ספר במסך אפשר לקרוא בכל מקום. אפשר להגדיל את האותיות. המסך מעייף את העיניים.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קריטריונים להשוואה:  (א) מה נוח   (ב) מה לא נוח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660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17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טקסט (1/2)</w:t>
            </w:r>
          </w:p>
        </w:tc>
        <w:tc>
          <w:tcPr>
            <w:tcW w:type="dxa" w:w="17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קריטריון (א/ב)</w:t>
            </w:r>
          </w:p>
        </w:tc>
      </w:tr>
      <w:tr>
        <w:tc>
          <w:tcPr>
            <w:tcW w:type="dxa" w:w="666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קל לסמן בו עמוד.</w:t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66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הספר תופס מקום על המדף.</w:t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66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אפשר להגדיל את האותיות.</w:t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66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המסך מעייף את העיניים.</w:t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כותבים סקירה 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את המשפטים.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שני הטקסטים מדברים על…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ספר מנייר…, אבל ספר במסך…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בשני הטקסטים…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אני מעדיף/ה…,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מה למדתי מהמיזוג?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מה שונה בין הטקסטים?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בונה הסקירה הממזגת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בונה הסקירה הממזגת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